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הצבעה ולמה משתמשים בה כדי לקבל החלטות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יסוד: פתק, קלפי, קול, רוב, סודיות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קולות פשוטה והסקת מסקנות מהתוצאה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כל המשימות לפתרון הסופי – קוד בן 6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בוחרים? קבלת החלטות בקבוצה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הקרחת שייכת לכולן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דרך הוגנת להחליט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בוחרים? קבלת החלטות בקבוצה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אחד מרגיש שדעתו נשמעת וההחלטה הוגנת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כל אחד מביע את דעתו וסופרים את כל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בוחרים? קבלת החלטות בקבוצה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למה בוחרים? קבלת החלטות בקבוצה – התאמת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(החלטה קבוצתית)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(החלטה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מצביעים? פתק, קלפי וסודיות ההצבעה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לבנות בקרחת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הבחירה שלי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מצביעים? פתק, קלפי וסודיות ההצבעה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כל חיה מצביעה בלי שאחרים יידעו מה 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קיפול הפתק שומר על הסודיות של הבחירה.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חיה מצביעה פעם אחת בלבד ומכניסה פתק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סופרים את כל הקולות יחד, אבל לא חושפים מי הצביע במה.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מצביעים? פתק, קלפי וסודיות ההצבעה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שתכלול: שמירה על חופש הבחירה ומניעת לחץ מצד חיות אחרות.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קיפול הפתק, הצבעה במקום מוסתר, אי שיתוף אחרים בבחירה.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פתק, מסמנים את הבחירה, מקפלים את הפתק, מכניסים אותו לקלפי.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שכל הקולות יהיו במקום אחד ואפשר יהיה לספור אותם בצורה הוגנת ומסודרת.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ספירת קולות ורוב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האפשרות שקיבלה הכי הרבה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לספור כמה קולות קיבלה כל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ספירת קולות ורוב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ספירת כל הקולות היא הדרך היחידה לדעת מי קיבל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הוגנת כל משתתף מצביע פעם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רוב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ספירת קולות ורוב – תרגול 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גן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ספירת קולות ורוב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גן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הוגנות בבחירות – לכל חיה קול אחד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כולם שווים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לכל חיה מגיע קול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שההצבעה תהיה הוגנת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הוגנות בבחירות – לכל חיה קול אחד – זיהוי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חיה צריכה להחליט בעצמה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הצבעה חופשית ואישית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חיה מקבלת קול אחד בלבד, לא משנה כמה שמות יש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החיות שוות בהצבעה, בלי קשר לגודל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הוגנות בבחירות – לכל חיה קול אחד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הוגנות בבחירות – לכל חיה קול אחד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(הצבעה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(הצבעה לא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(הצבעה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(פגיעה בעיקרון השוויון)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פתרון המנעול – חיבור כל הספרות לקוד – מה אנחנו זוכרים מהמבצע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משימה מקבלים ספרה אחת, ויש שש משימות בסך הכול.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משימה מקבלים ספרה אחת בלבד לקוד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כדי לבחור מה יקרה בקרחת היער.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טובי הוא ינשוף שגר ביער השקדים.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פתרון המנעול – חיבור כל הספרות לקוד – אוספים ומסדרים את הספרות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פתרון המנעול – חיבור כל הספרות לקוד – מרכיבים ומסבירים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הקוד הוא רצף מסוים של ספרות, ואם מחליפים את הסדר מקבלים קוד אחר שלא יפתח את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2. 371925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שההחלטה תשקף את רצון כל חיות היער ולא רק של חלק מהן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לא היה אפשר לספור את ההצבעות ולדעת מה היער 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לפתוח את תיבת ההצבעה הנעולה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להצביע ולבחור לפי דעת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נייר קטן שעליו כותבים או מסמנים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שכל חיה תבחר בחופשיות בלי פחד שאחרים 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סופרים את הקולות לכל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האפשרות שקיבלה הכי הרבה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כדי שההצבעה תהיה הוגנת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לחבר את כל הספרות יחד לפי הסדר לקוד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הצבעה נותנת לכל החיות הזדמנות שווה להביע דעה, וההחלטה משקפת את רצון רוב החיות ולא רק דעה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החיה מסמנת בחירה בפתק בסוד, מכניסה אותו לקלפי, אחרי שכל החיות הצביעו סופרים את הקולות ומוצאים איזו אפשרות קיבלה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ויצירתית: לקיים הצבעה נוספת, להוסיף דיון בין החיות, להטיל גורל הוגן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שפתק הוא מה שממלאים והקלפי היא הקופסה שאוספת את הפתקים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 דוגמה עם מספרים – איזו אפשרות קיבלה הכי הרבה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שכל קול שווה ושאין חובה לגלות את הבחירה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 – פרק אחד או שניים בכל שיעור,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ב׳-ג׳ מומלץ להוסיף הדגמה בעל פה או ציור של קלפי ופתק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ה׳-ו׳ ניתן להרחיב עם תרגילי ספירת קולות מורכבים יותר (מספרים דו-ספרתיים)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לשמור את הספרות שנאספות בכל פרק בטבלה קבועה כדי לחבר לקוד הסופי בסיום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תעזרו לטובי היַנשוף לפתוח את תיבת ההצבעה של יער השקדים. בכל פרק תפתרו משימות הקשורות לבחירות, ובסוף תאספו ספרה אחת שתצטרף לקוד הסופי.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בוחרים? קבלת החלטות בקבוצה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חיות היער צריכות להחליט ביחד מה לבנות בקרחת?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הקרחת שייכת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טובי ביקש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להן ברירה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כשלחברי קבוצה יש דעות שונות על מה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דרך הוגנת להחליט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שצועק הכי חזק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מתפרקת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להחליט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בוחרים? קבלת החלטות בקבוצה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צריכה להחליט על משהו שחשוב לכולם, כדאי שכולם ישתתפו בהחלטה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היא דרך שבה רק חיה אחת מחליטה בשביל כל השאר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בוחרים? קבלת החלטות בקבוצה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קבוצה צריכה להחליט מה לעשות, אחת הדרכים ההוגנות ביותר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כשכל חברי הקבוצה מצביעים, ה__________ שמקבלת הכי הרבה קולות היא זו שנבחרת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למה בוחרים? קבלת החלטות בקבוצה – התאמת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הכיתה בוחרת לאן לצאת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החלטה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בוחר לבדו איזה ספר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החלטה קבוצתית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חיות היער מצביעות על מה לבנות בקרחת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כולם מרימים יד כדי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מצביעים? פתק, קלפי וסודיות ההצבעה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המגורים של טובי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מצביעות חיות היער במבצע?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לבנות בקרחת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צבע לצבוע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לאכול בארוחת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או מסמנים על פתק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הבחירה שלי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 וכתובת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ספרות יש בקוד של מנעול תיבת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מצביעים? פתק, קלפי וסודיות ההצבעה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להציץ בפתק של חיה אחרת כדי לדעת למי היא הצביעה.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לקפל את הפתק לפני שמכניסים אותו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חיה יכולה להכניס רק פתק אחד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ההצבעה פותחים כל פתק ומכריזים בקול מי הצביע במה.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מצביעים? פתק, קלפי וסודיות ההצבעה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ששום חיה לא תדע למי הצביעה חיה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דברים שעוזרים לשמור על סודיות ההצבעה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מה קורה מהרגע שחיה מקבלת פתק ועד שהוא נכנס לקלפי.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למה חשוב שתהיה קלפי אחת משותפת לכל החיות ולא כמה קלפיות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ספירת קולות ורוב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"רוב קולות"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האפשרות שקיבלה הכי הרבה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האפשרות שהוצעה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האפשרות שהיענשוף 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האפשרויות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טובי רוצה לדעת מה חיות היער יבנו בקרחת. מה הדרך הנכונה לדעת מי ניצח?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כמה קולות קיבלה 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להטיל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חיה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ספירת קולות ורוב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לדעת מי ניצח בהצבעה צריך לספור כמה קולות קיבלה כל אפשרות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פעמיים כדי לעזור לאפשרות האהובה עלינו לנצח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לאפשרות אחת יש יותר קולות מכל אפשרות אחרת, היא זו שזוכה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ספירת קולות ורוב – תרגול 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בהצבעה בקרחת: נדנדה קיבלה 7 קולות, בריכה קיבלה __________ קולות, וגן ירקות קיבל 9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האפשרות שקיבלה הכי הרבה קולות בהצבעה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ספירת קולות ורוב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קולות קיבלו יחד הנדנדה והבריכה (7 ו-4 קולות)?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התוצאות (נדנדה 7, בריכה 4, גן ירקות 9), מי ניצחה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הוגנות בבחירות – לכל חיה קול אחד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קולות מגיעים לכל חיה ביער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בגודל החיה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העיקרון 'לכל חיה קול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שווים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חיות גדולות מצביעות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שמצביע ראשון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מותר לחיה להצביע פעמיים כדי לעזור לחבר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זה עוזר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לכל חיה מגיע קול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כן, אם היא מבוגרת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אף אחד לא רואה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שלכל חיה יהיה בדיוק קול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שההצבעה תהיה הוגנת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שתהיה פחות עבודה לטובי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שהיער יהיה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הוגנות בבחירות – לכל חיה קול אחד – זיהוי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דוב חזק מכריח חיה קטנה להצביע כמוהו, זו הצבעה הוגנת.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חיה ביער לבחור בעצמה איך להצביע.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שמצביעה פעמיים כי יש לה שני שמות, זה הוגן.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גודל החיה קובע כמה קולות מגיעים 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הוגנות בבחירות – לכל חיה קול אחד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חיה מאיימת על חיה אחרת כדי שתצביע כמוה, ההצבעה נחשבת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הכלל החשוב ביותר בהצבעה הוגנת הוא שלכל חיה יש __________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הוגנות בבחירות – לכל חיה קול אחד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ארנב מצביע פעם אחת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הצבעה חופשית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שועל מאיים על חיה שתצביע כמוהו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הצבעה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חיה בוחרת בעצמה מה חשוב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פגיעה בעיקרון השוויון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חיה גדולה מקבלת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הצבעה לא הוגנת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פתרון המנעול – חיבור כל הספרות לקוד – מה אנחנו זוכרים מהמבצע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המנעול של תיבת ההצבעה מורכב משש ספרות.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משימה מקבלים שתי ספרות לקוד.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חיות היער מצביעות כדי להחליט מה יבנו בקרחת.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טובי הוא שועל שגר בשדה.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פתרון המנעול – חיבור כל הספרות לקוד – אוספים ומסדרים את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את המנעול צריך לאסוף __________ ספרות, אחת מכל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שאוספים את כל הספרות, צריך לסדר אותן לפי ה__________ הנכון כדי לקבל את הקוד.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נשכח ספרה אחת מהמשימות, לא נוכל ל__________ את המנעול.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ספרה שאוספים שייכת למשימה אחת בלבד, ולכן חשוב לרשום אותה לפי מספר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פתרון המנעול – חיבור כל הספרות לקוד – מרכיבים ומסבירים את הקוד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לשמור את הספרות בסדר הנכון ולא לערבב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שאספתם את הספרות 3, 7, 1, 9, 2, 5 לפי סדר המשימות. כתבו מה יהיה הקוד הסופי של המנעול.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במשפט אחד למה חשוב שכל חיות היער יצביעו, ולא רק חלק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קורה אם לא היה אפשר לפתוח בכלל את תיבת ההצבעה?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טובי היענשוף צריך את עזרת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לפתוח את תיבת ההצבעה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לבנות קרחת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כשקבוצה לא מצליחה להחליט יחד על פתרון אחד, מה דרך טובה לפתור את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להצביע ולבחור לפי דעת הרוב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שהחזק ביותר יחליט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על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לריב עד שמישהו יתעייף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נייר קטן שעליו כותבים או מסמנים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קופסה גדולה שאוספים בה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לספירת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 שתולים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ששמירת הסודיות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חיה תבחר בחופשיות בלי פחד שאחרים ידעו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שאף אחד לא יצביע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שרק טובי ידע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שכל הפתקים נאספו בקלפי,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הקולות לכל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שורפים את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שוב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"רוב"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האפשרות שקיבלה הכי הרבה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האפשרות שקיבלה הכי מעט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האפשרות הראשונה שהוצעה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שווה של קולות לכל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חשוב שלכל חיה ביער יהיה קול אחד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שההצבעה תהיה הוגנת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שהחיות הגדולות יצביעו יותר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שטובי יצביע במקומן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כדי לפתוח את המנעול בן 6 הספרות, מה צריך לעשות עם הספרות שמקבלים בכל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את כל הספרות יחד לפי הסדר לקוד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רק ספרה אחת ולהתעלם מהשאר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להצביע ולא לתת רק לחיה אחת להחליט על כל היער.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את התהליך מרגע שחיה כותבת פתק הצבעה ועד שיודעים מה הוחלט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שתי אפשרויות קיבלו בדיוק את אותו מספר קולות, מה לדעתכם אפשר לעשות כדי להחליט? הציעו רעיון.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מה ההבדל בין פתק הצבעה לקלפי?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מה זה 'רוב' בעזרת דוגמה מהיער?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חשוב ששמירה על סודיות ולהוגנות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מבצע 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