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מבצע קלפי – חדר בריחה ליסודי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מבצע קלפי: בחירות ודמוקרטיה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הצבעה ולמה משתמשים בה כדי לקבל החלטות משותפות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יסוד: פתק, קלפי, קול, רוב, סודיות ההצבעה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ספירת קולות פשוטה והסקת מסקנות מהתוצאה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כל המשימות לפתרון הסופי – קוד בן 6 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למה בוחרים? קבלת החלטות בקבוצה – היכרות עם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הקרחת שייכת לכולן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מחפשים דרך הוגנת להחליט ביחד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למה בוחרים? קבלת החלטות בקבוצה – זיהוי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כל אחד מרגיש שדעתו נשמעת וההחלטה הוגנת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בהצבעה כל אחד מביע את דעתו וסופרים את כל הקולות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למה בוחרים? קבלת החלטות בקבוצה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אפשרות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למה בוחרים? קבלת החלטות בקבוצה – התאמת מצבים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(החלטה קבוצתית)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(החלטה אישית)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(הצבעה)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איך מצביעים? פתק, קלפי וסודיות ההצבעה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תיבה שמכניסים בה את פתק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מה לבנות בקרחת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איך מצביעים? פתק, קלפי וסודיות ההצבעה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ההצבעה סודית, כל חיה מצביעה בלי שאחרים יידעו מה בחרה.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קיפול הפתק שומר על הסודיות של הבחירה.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איך מצביעים? פתק, קלפי וסודיות ההצבעה – חושבים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שתכלול: שמירה על חופש הבחירה ומניעת לחץ מצד חיות אחרות.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שכל הקולות יהיו במקום אחד ואפשר יהיה לספור אותם בצורה הוגנת ומסודרת.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ספירת קולות ורוב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האפשרות שקיבלה הכי הרבה 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לספור כמה קולות קיבלה כל אפשרות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ספירת קולות ורוב – אמת או שקר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ספירת כל הקולות היא הדרך היחידה לדעת מי קיבל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בהצבעה הוגנת כל משתתף מצביע פעם אחת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ספירת קולות ורוב – תרגול ספירה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גן ירקות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ספירת קולות ורוב – חישובים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הוגנות בבחירות – לכל חיה קול אחד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קול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כולם שווים בהצבעה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לא, לכל חיה מגיע קול אחד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הוגנות בבחירות – לכל חיה קול אחד – זיהוי מצבים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חיה צריכה להחליט בעצמה בלי לחץ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הצבעה חופשית ואישית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הוגנות בבחירות – לכל חיה קול אחד – חשיבה והסקה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הוגנת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הוגנות בבחירות – לכל חיה קול אחד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(הצבעה הוגנת)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(הצבעה לא הוגנת)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(הצבעה חופשית)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(פגיעה בעיקרון השוויון)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פתרון המנעול – חיבור כל הספרות לקוד – מה אנחנו זוכרים מהמבצע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בכל משימה מקבלים ספרה אחת, ויש שש משימות בסך הכול.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בכל משימה מקבלים ספרה אחת בלבד לקוד הסופי.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ההצבעה היא כדי לבחור מה יקרה בקרחת היער.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פתרון המנעול – חיבור כל הספרות לקוד – אוספים ומסדרים את הספרות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לפתוח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פתרון המנעול – חיבור כל הספרות לקוד – מרכיבים ומסבירים את הקוד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למשל: לא היה אפשר לספור את ההצבעות ולדעת מה היער 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לפתוח את תיבת ההצבעה הנעולה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להצביע ולבחור לפי דעת הרוב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נייר קטן שעליו כותבים או מסמנים את הבחירה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כדי שכל חיה תבחר בחופשיות בלי פחד שאחרים ידעו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הצבעה נותנת לכל החיות הזדמנות שווה להביע דעה, וההחלטה משקפת את רצון רוב החיות ולא רק דעה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 שפתק הוא מה שממלאים והקלפי היא הקופסה שאוספת את הפתקים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נותן דוגמה עם מספרים – איזו אפשרות קיבלה הכי הרבה קולות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 שכל קול שווה ושאין חובה לגלות את הבחירה של מישהו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לפי מפגשים – פרק אחד או שניים בכל שיעור, בהתאם לקצב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ב׳-ג׳ מומלץ להוסיף הדגמה בעל פה או ציור של קלפי ופתק לפני התרגול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ה׳-ו׳ ניתן להרחיב עם תרגילי ספירת קולות מורכבים יותר (מספרים דו-ספרתיים)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לשמור את הספרות שנאספות בכל פרק בטבלה קבועה כדי לחבר לקוד הסופי בסיום החוברת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מבצע קלפי – חדר בריחה ליסודי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מבצע קלפי: בחירות ודמוקרטיה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תעזרו לטובי היַנשוף לפתוח את תיבת ההצבעה של יער השקדים. בכל פרק תפתרו משימות הקשורות לבחירות, ובסוף תאספו ספרה אחת שתצטרף לקוד הסופי.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לא הוגנת  ·  גן ירקות  ·  קול  ·  4  ·  שש  ·  אפשרות  ·  לפתוח  ·  הצבעה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למה בוחרים? קבלת החלטות בקבוצה – היכרות עם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חיות היער צריכות להחליט ביחד מה לבנות בקרחת?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הקרחת שייכת לכולן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טובי ביקש מהן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אין להן ברירה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קורה כשלחברי קבוצה יש דעות שונות על מה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מחפשים דרך הוגנת להחליט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 שצועק הכי חזק מנצח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הקבוצה מתפרקת 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למה בוחרים? קבלת החלטות בקבוצה – זיהוי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כשקבוצה צריכה להחליט על משהו שחשוב לכולם, כדאי שכולם ישתתפו בהחלטה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הצבעה היא דרך שבה רק חיה אחת מחליטה בשביל כל השאר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למה בוחרים? קבלת החלטות בקבוצה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כאשר קבוצה צריכה להחליט מה לעשות, אחת הדרכים ההוגנות ביותר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כשכל חברי הקבוצה מצביעים, ה__________ שמקבלת הכי הרבה קולות היא זו שנבחרת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למה בוחרים? קבלת החלטות בקבוצה – התאמת מצבים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הכיתה בוחרת לאן לצאת לטיול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הצבעה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ילד בוחר לבדו איזה ספר לקרוא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הצבעה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חיות היער מצביעות על מה לבנות בקרחת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החלטה אישית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כולם מרימים יד כדי להביע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החלטה קבוצתית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איך מצביעים? פתק, קלפי וסודיות ההצבעה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תיבה שמכניסים בה את פתק ההצבעה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ספר חוקים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כלי נגינה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על מה מצביעות חיות היער במבצע?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 לבנות בקרחת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איזה צבע לצבוע את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מתי לישון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איך מצביעים? פתק, קלפי וסודיות ההצבעה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להציץ בפתק של חיה אחרת כדי לדעת למי היא הצביעה.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צריך לקפל את הפתק לפני שמכניסים אותו לקלפי.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איך מצביעים? פתק, קלפי וסודיות ההצבעה – חושבים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חשוב ששום חיה לא תדע למי הצביעה חיה אחרת.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לדעתכם, למה חשוב שתהיה קלפי אחת משותפת לכל החיות ולא כמה קלפיות שונות?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ספירת קולות ורוב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"רוב קולות" בהצבעה?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האפשרות שקיבלה הכי הרבה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האפשרות שהוצעה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האפשרות שהיענשוף בחר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טובי רוצה לדעת מה חיות היער יבנו בקרחת. מה הדרך הנכונה לדעת מי ניצח?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לספור כמה קולות קיבלה כל אפשרות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לנחש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להטיל מטבע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ספירת קולות ורוב – אמת או שקר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לדעת מי ניצח בהצבעה צריך לספור כמה קולות קיבלה כל אפשרות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להצביע פעמיים כדי לעזור לאפשרות האהובה עלינו לנצח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ספירת קולות ורוב – תרגול ספירה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בהצבעה בקרחת: נדנדה קיבלה 7 קולות, בריכה קיבלה __________ קולות, וגן ירקות קיבל 9 קולות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האפשרות שקיבלה הכי הרבה קולות בהצבעה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ספירת קולות ורוב – חישובים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קולות קיבלו יחד הנדנדה והבריכה (7 ו-4 קולות)?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9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הוגנות בבחירות – לכל חיה קול אחד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קולות מגיעים לכל חיה ביער בהצבעה?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קול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תלוי בגודל החיה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המשמעות של העיקרון 'לכל חיה קול אחד'?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כולם שווים בהצבעה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חיות גדולות מצביעות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 שמצביע ראשון מנצח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האם מותר לחיה להצביע פעמיים כדי לעזור לחבר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כן, זה עוזר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לא, לכל חיה מגיע קול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כן, אם היא מבוגרת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הוגנות בבחירות – לכל חיה קול אחד – זיהוי מצבים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דוב חזק מכריח חיה קטנה להצביע כמוהו, זו הצבעה הוגנת.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לכל חיה ביער לבחור בעצמה איך להצביע.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הוגנות בבחירות – לכל חיה קול אחד – חשיבה והסקה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אם חיה מאיימת על חיה אחרת כדי שתצביע כמוה, ההצבעה נחשבת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הכלל החשוב ביותר בהצבעה הוגנת הוא שלכל חיה יש __________ אחד.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הוגנות בבחירות – לכל חיה קול אחד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ארנב מצביע פעם אחת בלבד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פגיעה בעיקרון השוויון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שועל מאיים על חיה שתצביע כמוהו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הצבעה חופשית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כל חיה בוחרת בעצמה מה חשוב 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הצבעה לא הוגנת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חיה גדולה מקבלת שני קולות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הצבעה הוגנת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פתרון המנעול – חיבור כל הספרות לקוד – מה אנחנו זוכרים מהמבצע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המנעול של תיבת ההצבעה מורכב משש ספרות.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משימה מקבלים שתי ספרות לקוד.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חיות היער מצביעות כדי להחליט מה יבנו בקרחת.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פתרון המנעול – חיבור כל הספרות לקוד – אוספים ומסדרים את הספרות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לפתוח את המנעול צריך לאסוף __________ ספרות, אחת מכל משימה.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אם נשכח ספרה אחת מהמשימות, לא נוכל ל__________ את המנעול.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פתרון המנעול – חיבור כל הספרות לקוד – מרכיבים ומסבירים את הקוד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היה קורה אם לא היה אפשר לפתוח בכלל את תיבת ההצבעה? הסבירו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טובי היענשוף צריך את עזרת הילדים?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לפתוח את תיבת ההצבעה הנעולה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לבנות קרחת 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לכתוב פתק 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כשקבוצה לא מצליחה להחליט יחד על פתרון אחד, מה דרך טובה לפתור את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להצביע ולבחור לפי דעת הרוב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שהחזק ביותר יחליט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לוותר על ההחלטה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זה פתק 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נייר קטן שעליו כותבים או מסמנים את הבחירה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קופסה גדולה שאוספים בה פתקים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כלי לספירת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למה חשוב ששמירת הסודיות בהצבעה?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שכל חיה תבחר בחופשיות בלי פחד שאחרים ידעו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שאף אחד לא יצביע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לקצר את ההצבעה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חשוב להצביע ולא לתת רק לחיה אחת להחליט על כל היער.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מה ההבדל בין פתק הצבעה לקלפי?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יכול/ה להסביר מה זה 'רוב' בעזרת דוגמה מהיער?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מבצע קלפי: בחירות ודמוקרטיה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